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9819" w14:textId="63C47F42" w:rsidR="00380784" w:rsidRPr="00380784" w:rsidRDefault="00380784" w:rsidP="00380784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b/>
          <w:bCs/>
          <w:sz w:val="28"/>
          <w:szCs w:val="28"/>
          <w:lang w:val="es-VE"/>
        </w:rPr>
        <w:t>Título</w:t>
      </w:r>
      <w:r w:rsidRPr="00380784">
        <w:rPr>
          <w:rFonts w:ascii="Arial" w:eastAsia="Times New Roman" w:hAnsi="Arial" w:cs="Arial"/>
          <w:b/>
          <w:bCs/>
          <w:sz w:val="24"/>
          <w:szCs w:val="24"/>
          <w:lang w:val="es-VE"/>
        </w:rPr>
        <w:t xml:space="preserve"> </w:t>
      </w:r>
    </w:p>
    <w:p w14:paraId="7ED3D1AB" w14:textId="77777777" w:rsidR="00380784" w:rsidRPr="00380784" w:rsidRDefault="00380784" w:rsidP="00380784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>(máximo 20 palabras)</w:t>
      </w:r>
    </w:p>
    <w:p w14:paraId="1F1F7E1E" w14:textId="77777777" w:rsidR="00380784" w:rsidRPr="00380784" w:rsidRDefault="00380784" w:rsidP="00380784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b/>
          <w:bCs/>
          <w:sz w:val="24"/>
          <w:szCs w:val="24"/>
          <w:lang w:val="es-VE"/>
        </w:rPr>
        <w:t>Título en i</w:t>
      </w:r>
      <w:r w:rsidRPr="00380784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>nglés</w:t>
      </w:r>
    </w:p>
    <w:p w14:paraId="1635F515" w14:textId="77777777" w:rsidR="00380784" w:rsidRPr="00380784" w:rsidRDefault="00380784" w:rsidP="00380784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</w:p>
    <w:p w14:paraId="2F07D23D" w14:textId="77777777" w:rsidR="00380784" w:rsidRPr="00380784" w:rsidRDefault="00380784" w:rsidP="00380784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</w:p>
    <w:p w14:paraId="5A193D0F" w14:textId="77777777" w:rsidR="00380784" w:rsidRPr="00380784" w:rsidRDefault="00380784" w:rsidP="00380784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Nombre y apellido autor(es)</w:t>
      </w:r>
    </w:p>
    <w:p w14:paraId="15484C8E" w14:textId="77777777" w:rsidR="00380784" w:rsidRPr="00380784" w:rsidRDefault="00380784" w:rsidP="00380784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spacing w:val="-2"/>
          <w:sz w:val="24"/>
          <w:szCs w:val="24"/>
          <w:lang w:val="es-VE"/>
        </w:rPr>
      </w:pPr>
      <w:r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(cada autor, hasta un máximo de 3 autores por ponencia)</w:t>
      </w:r>
    </w:p>
    <w:p w14:paraId="11ADB0D7" w14:textId="77777777" w:rsidR="00380784" w:rsidRPr="00380784" w:rsidRDefault="00380784" w:rsidP="00380784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pacing w:val="-4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Institución, Facultad, País</w:t>
      </w:r>
    </w:p>
    <w:p w14:paraId="4F65E5FF" w14:textId="77777777" w:rsidR="00380784" w:rsidRPr="00380784" w:rsidRDefault="00380784" w:rsidP="00380784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ORCID</w:t>
      </w:r>
      <w:r w:rsidRPr="00380784">
        <w:rPr>
          <w:rFonts w:ascii="Arial" w:eastAsia="Times New Roman" w:hAnsi="Arial" w:cs="Arial"/>
          <w:spacing w:val="-5"/>
          <w:sz w:val="24"/>
          <w:szCs w:val="24"/>
          <w:lang w:val="es-VE"/>
        </w:rPr>
        <w:t xml:space="preserve"> </w:t>
      </w:r>
      <w:r w:rsidRPr="00380784">
        <w:rPr>
          <w:rFonts w:ascii="Arial" w:eastAsia="Times New Roman" w:hAnsi="Arial" w:cs="Arial"/>
          <w:sz w:val="24"/>
          <w:szCs w:val="24"/>
          <w:lang w:val="es-VE"/>
        </w:rPr>
        <w:t>XXXX</w:t>
      </w:r>
      <w:r w:rsidRPr="00380784">
        <w:rPr>
          <w:rFonts w:ascii="Arial" w:eastAsia="Times New Roman" w:hAnsi="Arial" w:cs="Arial"/>
          <w:spacing w:val="-5"/>
          <w:sz w:val="24"/>
          <w:szCs w:val="24"/>
          <w:lang w:val="es-VE"/>
        </w:rPr>
        <w:t xml:space="preserve"> </w:t>
      </w:r>
      <w:r w:rsidRPr="00380784">
        <w:rPr>
          <w:rFonts w:ascii="Arial" w:eastAsia="Times New Roman" w:hAnsi="Arial" w:cs="Arial"/>
          <w:sz w:val="24"/>
          <w:szCs w:val="24"/>
          <w:lang w:val="es-VE"/>
        </w:rPr>
        <w:t>XXXX</w:t>
      </w:r>
      <w:r w:rsidRPr="00380784">
        <w:rPr>
          <w:rFonts w:ascii="Arial" w:eastAsia="Times New Roman" w:hAnsi="Arial" w:cs="Arial"/>
          <w:spacing w:val="-5"/>
          <w:sz w:val="24"/>
          <w:szCs w:val="24"/>
          <w:lang w:val="es-VE"/>
        </w:rPr>
        <w:t xml:space="preserve"> </w:t>
      </w:r>
      <w:r w:rsidRPr="00380784">
        <w:rPr>
          <w:rFonts w:ascii="Arial" w:eastAsia="Times New Roman" w:hAnsi="Arial" w:cs="Arial"/>
          <w:sz w:val="24"/>
          <w:szCs w:val="24"/>
          <w:lang w:val="es-VE"/>
        </w:rPr>
        <w:t>XXXX</w:t>
      </w:r>
      <w:r w:rsidRPr="00380784">
        <w:rPr>
          <w:rFonts w:ascii="Arial" w:eastAsia="Times New Roman" w:hAnsi="Arial" w:cs="Arial"/>
          <w:spacing w:val="-5"/>
          <w:sz w:val="24"/>
          <w:szCs w:val="24"/>
          <w:lang w:val="es-VE"/>
        </w:rPr>
        <w:t xml:space="preserve"> </w:t>
      </w:r>
      <w:r w:rsidRPr="00380784">
        <w:rPr>
          <w:rFonts w:ascii="Arial" w:eastAsia="Times New Roman" w:hAnsi="Arial" w:cs="Arial"/>
          <w:sz w:val="24"/>
          <w:szCs w:val="24"/>
          <w:lang w:val="es-VE"/>
        </w:rPr>
        <w:t>XXXX</w:t>
      </w:r>
    </w:p>
    <w:p w14:paraId="133542D4" w14:textId="77777777" w:rsidR="00380784" w:rsidRPr="00380784" w:rsidRDefault="00380784" w:rsidP="00380784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Correo institucional</w:t>
      </w:r>
    </w:p>
    <w:p w14:paraId="7D5174A9" w14:textId="77777777" w:rsidR="00380784" w:rsidRPr="00380784" w:rsidRDefault="00380784" w:rsidP="00380784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z w:val="24"/>
          <w:szCs w:val="24"/>
          <w:lang w:val="es-VE"/>
        </w:rPr>
      </w:pPr>
    </w:p>
    <w:p w14:paraId="38F579B2" w14:textId="77777777" w:rsidR="00380784" w:rsidRPr="00380784" w:rsidRDefault="00380784" w:rsidP="00380784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z w:val="24"/>
          <w:szCs w:val="24"/>
          <w:lang w:val="es-VE"/>
        </w:rPr>
      </w:pPr>
    </w:p>
    <w:p w14:paraId="42224928" w14:textId="43EBF636" w:rsidR="00380784" w:rsidRDefault="00CE151C" w:rsidP="005934D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  <w:r w:rsidRPr="00380784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>RESUMEN</w:t>
      </w:r>
      <w:r w:rsidR="005934DF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 xml:space="preserve"> </w:t>
      </w:r>
      <w:r w:rsidR="00380784" w:rsidRPr="00380784">
        <w:rPr>
          <w:rFonts w:ascii="Arial" w:eastAsia="Times New Roman" w:hAnsi="Arial" w:cs="Arial"/>
          <w:spacing w:val="-2"/>
          <w:sz w:val="24"/>
          <w:szCs w:val="24"/>
          <w:lang w:val="es-VE"/>
        </w:rPr>
        <w:t>(</w:t>
      </w:r>
      <w:r w:rsidR="00380784"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debe ser presentado en español con un máximo de 200 palabras a espacio sencillo en un solo párrafo y debe contener mínimo tres palabras clave y máximo cinco. </w:t>
      </w:r>
    </w:p>
    <w:p w14:paraId="21E33BD9" w14:textId="77777777" w:rsidR="005934DF" w:rsidRDefault="005934DF" w:rsidP="005934D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</w:p>
    <w:p w14:paraId="60FEFBA9" w14:textId="5956B555" w:rsidR="005934DF" w:rsidRPr="00380784" w:rsidRDefault="005934DF" w:rsidP="005934DF">
      <w:pPr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</w:t>
      </w:r>
      <w:r>
        <w:rPr>
          <w:rFonts w:ascii="Arial" w:hAnsi="Arial" w:cs="Arial"/>
          <w:sz w:val="24"/>
          <w:szCs w:val="24"/>
          <w:lang w:val="es-PA"/>
        </w:rPr>
        <w:t>el resumen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713E3265" w14:textId="77777777" w:rsidR="00380784" w:rsidRPr="00380784" w:rsidRDefault="00380784" w:rsidP="003807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jc w:val="both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 xml:space="preserve">Palabras clave: </w:t>
      </w:r>
    </w:p>
    <w:p w14:paraId="7A204D6A" w14:textId="77777777" w:rsidR="00380784" w:rsidRPr="00380784" w:rsidRDefault="00380784" w:rsidP="003807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jc w:val="both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</w:p>
    <w:p w14:paraId="292E970F" w14:textId="1081F642" w:rsidR="005934DF" w:rsidRDefault="00CE151C" w:rsidP="003807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  <w:r w:rsidRPr="00380784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>ABSTRACT</w:t>
      </w:r>
      <w:r w:rsidR="005934DF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 xml:space="preserve"> </w:t>
      </w:r>
      <w:r w:rsidR="00380784"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(resumen en inglés</w:t>
      </w:r>
      <w:r w:rsidR="005934DF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)</w:t>
      </w:r>
      <w:r w:rsidR="00380784"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 </w:t>
      </w:r>
    </w:p>
    <w:p w14:paraId="4ADF4448" w14:textId="77777777" w:rsidR="005934DF" w:rsidRDefault="005934DF" w:rsidP="005934DF">
      <w:pPr>
        <w:spacing w:after="0" w:line="240" w:lineRule="auto"/>
        <w:rPr>
          <w:rFonts w:ascii="Arial" w:hAnsi="Arial" w:cs="Arial"/>
          <w:sz w:val="24"/>
          <w:szCs w:val="24"/>
          <w:lang w:val="es-PA"/>
        </w:rPr>
      </w:pPr>
    </w:p>
    <w:p w14:paraId="69428F41" w14:textId="67905B3F" w:rsidR="005934DF" w:rsidRPr="00380784" w:rsidRDefault="005934DF" w:rsidP="005934DF">
      <w:pPr>
        <w:spacing w:after="0" w:line="240" w:lineRule="auto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</w:t>
      </w:r>
      <w:r>
        <w:rPr>
          <w:rFonts w:ascii="Arial" w:hAnsi="Arial" w:cs="Arial"/>
          <w:sz w:val="24"/>
          <w:szCs w:val="24"/>
          <w:lang w:val="es-PA"/>
        </w:rPr>
        <w:t>el abstract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7E0826AE" w14:textId="77777777" w:rsidR="00380784" w:rsidRPr="00380784" w:rsidRDefault="00380784" w:rsidP="005934DF">
      <w:pPr>
        <w:widowControl w:val="0"/>
        <w:autoSpaceDE w:val="0"/>
        <w:autoSpaceDN w:val="0"/>
        <w:spacing w:after="0" w:line="240" w:lineRule="auto"/>
        <w:ind w:right="4"/>
        <w:jc w:val="both"/>
        <w:rPr>
          <w:rFonts w:ascii="Arial" w:eastAsia="Times New Roman" w:hAnsi="Arial" w:cs="Arial"/>
          <w:b/>
          <w:bCs/>
          <w:sz w:val="24"/>
          <w:szCs w:val="24"/>
          <w:lang w:val="es"/>
        </w:rPr>
      </w:pPr>
    </w:p>
    <w:p w14:paraId="64D0F740" w14:textId="2809705B" w:rsidR="005934DF" w:rsidRPr="00380784" w:rsidRDefault="00380784" w:rsidP="005934D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Keywords:</w:t>
      </w:r>
      <w:r w:rsidR="005934DF" w:rsidRPr="005934DF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 </w:t>
      </w:r>
    </w:p>
    <w:p w14:paraId="39BD9F38" w14:textId="77777777" w:rsidR="00380784" w:rsidRPr="00380784" w:rsidRDefault="00380784" w:rsidP="00380784">
      <w:pPr>
        <w:widowControl w:val="0"/>
        <w:autoSpaceDE w:val="0"/>
        <w:autoSpaceDN w:val="0"/>
        <w:spacing w:after="0" w:line="240" w:lineRule="auto"/>
        <w:ind w:right="4"/>
        <w:jc w:val="both"/>
        <w:rPr>
          <w:rFonts w:ascii="Arial" w:eastAsia="Times New Roman" w:hAnsi="Arial" w:cs="Arial"/>
          <w:sz w:val="24"/>
          <w:szCs w:val="24"/>
          <w:lang w:val="es-VE"/>
        </w:rPr>
      </w:pPr>
    </w:p>
    <w:p w14:paraId="7D5A99AA" w14:textId="53933140" w:rsidR="00A17470" w:rsidRPr="00380784" w:rsidRDefault="00D323E0" w:rsidP="00423EB1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b/>
          <w:sz w:val="24"/>
          <w:szCs w:val="24"/>
          <w:lang w:val="es-PA"/>
        </w:rPr>
        <w:t>INTRODUCCIÓN</w:t>
      </w:r>
      <w:r w:rsidR="00380784">
        <w:rPr>
          <w:rFonts w:ascii="Arial" w:hAnsi="Arial" w:cs="Arial"/>
          <w:sz w:val="24"/>
          <w:szCs w:val="24"/>
          <w:lang w:val="es-PA"/>
        </w:rPr>
        <w:t xml:space="preserve"> </w:t>
      </w:r>
      <w:r w:rsidRPr="00380784">
        <w:rPr>
          <w:rFonts w:ascii="Arial" w:hAnsi="Arial" w:cs="Arial"/>
          <w:sz w:val="24"/>
          <w:szCs w:val="24"/>
          <w:lang w:val="es-PA"/>
        </w:rPr>
        <w:t>(</w:t>
      </w:r>
      <w:r w:rsidR="00423EB1">
        <w:rPr>
          <w:rFonts w:ascii="Arial" w:hAnsi="Arial" w:cs="Arial"/>
          <w:sz w:val="24"/>
          <w:szCs w:val="24"/>
          <w:lang w:val="es-PA"/>
        </w:rPr>
        <w:t>contextualización de la situación a estudiar a nivel general y del contexto, con apoyo de autores o investigaciones previas</w:t>
      </w:r>
      <w:r w:rsidRPr="00380784">
        <w:rPr>
          <w:rFonts w:ascii="Arial" w:hAnsi="Arial" w:cs="Arial"/>
          <w:sz w:val="24"/>
          <w:szCs w:val="24"/>
          <w:lang w:val="es-PA"/>
        </w:rPr>
        <w:t>. Incluya referencias en formato APA 7ª ed.)</w:t>
      </w:r>
    </w:p>
    <w:p w14:paraId="17C61C00" w14:textId="77777777" w:rsidR="00A17470" w:rsidRPr="00380784" w:rsidRDefault="00D323E0">
      <w:pPr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Escriba aquí la introducción...</w:t>
      </w:r>
    </w:p>
    <w:p w14:paraId="5DCA079C" w14:textId="0E448E3B" w:rsidR="00CE151C" w:rsidRPr="00CE151C" w:rsidRDefault="00CE151C" w:rsidP="00CE151C">
      <w:pPr>
        <w:jc w:val="both"/>
        <w:rPr>
          <w:rFonts w:ascii="Arial" w:hAnsi="Arial" w:cs="Arial"/>
          <w:bCs/>
          <w:sz w:val="24"/>
          <w:szCs w:val="24"/>
          <w:lang w:val="es-PA"/>
        </w:rPr>
      </w:pPr>
      <w:r w:rsidRPr="00CE151C">
        <w:rPr>
          <w:rFonts w:ascii="Arial" w:hAnsi="Arial" w:cs="Arial"/>
          <w:b/>
          <w:sz w:val="24"/>
          <w:szCs w:val="24"/>
          <w:lang w:val="es-PA"/>
        </w:rPr>
        <w:t xml:space="preserve">FUNDAMENTOS TEÓRICOS </w:t>
      </w:r>
      <w:r w:rsidRPr="00CE151C">
        <w:rPr>
          <w:rFonts w:ascii="Arial" w:hAnsi="Arial" w:cs="Arial"/>
          <w:bCs/>
          <w:sz w:val="24"/>
          <w:szCs w:val="24"/>
          <w:lang w:val="es-PA"/>
        </w:rPr>
        <w:t>(</w:t>
      </w:r>
      <w:r w:rsidR="00423EB1">
        <w:rPr>
          <w:rFonts w:ascii="Arial" w:hAnsi="Arial" w:cs="Arial"/>
          <w:bCs/>
          <w:sz w:val="24"/>
          <w:szCs w:val="24"/>
          <w:lang w:val="es-PA"/>
        </w:rPr>
        <w:t>aspectos teóricos relacionados con la situación estudiada</w:t>
      </w:r>
      <w:r w:rsidRPr="00CE151C">
        <w:rPr>
          <w:rFonts w:ascii="Arial" w:hAnsi="Arial" w:cs="Arial"/>
          <w:bCs/>
          <w:sz w:val="24"/>
          <w:szCs w:val="24"/>
          <w:lang w:val="es-PA"/>
        </w:rPr>
        <w:t>, reflexiones o postura crítica</w:t>
      </w:r>
      <w:r w:rsidR="00423EB1">
        <w:rPr>
          <w:rFonts w:ascii="Arial" w:hAnsi="Arial" w:cs="Arial"/>
          <w:bCs/>
          <w:sz w:val="24"/>
          <w:szCs w:val="24"/>
          <w:lang w:val="es-PA"/>
        </w:rPr>
        <w:t>, puede utilizar figuras o matrices para el planteamiento de los autores o investigaciones previas</w:t>
      </w:r>
      <w:r w:rsidRPr="00CE151C">
        <w:rPr>
          <w:rFonts w:ascii="Arial" w:hAnsi="Arial" w:cs="Arial"/>
          <w:bCs/>
          <w:sz w:val="24"/>
          <w:szCs w:val="24"/>
          <w:lang w:val="es-PA"/>
        </w:rPr>
        <w:t>)</w:t>
      </w:r>
    </w:p>
    <w:p w14:paraId="63D595AD" w14:textId="36434250" w:rsidR="00CE151C" w:rsidRPr="00380784" w:rsidRDefault="00CE151C" w:rsidP="00CE151C">
      <w:pPr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</w:t>
      </w:r>
      <w:r w:rsidR="005934DF">
        <w:rPr>
          <w:rFonts w:ascii="Arial" w:hAnsi="Arial" w:cs="Arial"/>
          <w:sz w:val="24"/>
          <w:szCs w:val="24"/>
          <w:lang w:val="es-PA"/>
        </w:rPr>
        <w:t>los</w:t>
      </w:r>
      <w:r w:rsidRPr="00380784">
        <w:rPr>
          <w:rFonts w:ascii="Arial" w:hAnsi="Arial" w:cs="Arial"/>
          <w:sz w:val="24"/>
          <w:szCs w:val="24"/>
          <w:lang w:val="es-PA"/>
        </w:rPr>
        <w:t xml:space="preserve"> </w:t>
      </w:r>
      <w:r w:rsidR="005934DF" w:rsidRPr="005934DF">
        <w:rPr>
          <w:rFonts w:ascii="Arial" w:hAnsi="Arial" w:cs="Arial"/>
          <w:bCs/>
          <w:sz w:val="24"/>
          <w:szCs w:val="24"/>
          <w:lang w:val="es-PA"/>
        </w:rPr>
        <w:t>fundamentos teóricos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7D89934F" w14:textId="5E26EB5B" w:rsidR="00A17470" w:rsidRPr="00380784" w:rsidRDefault="005934DF">
      <w:pPr>
        <w:rPr>
          <w:rFonts w:ascii="Arial" w:hAnsi="Arial" w:cs="Arial"/>
          <w:sz w:val="24"/>
          <w:szCs w:val="24"/>
          <w:lang w:val="es-PA"/>
        </w:rPr>
      </w:pPr>
      <w:r w:rsidRPr="005934DF">
        <w:rPr>
          <w:rFonts w:ascii="Arial" w:hAnsi="Arial" w:cs="Arial"/>
          <w:b/>
          <w:sz w:val="24"/>
          <w:szCs w:val="24"/>
          <w:lang w:val="es-PA"/>
        </w:rPr>
        <w:t xml:space="preserve">CONSIDERACIONES FINALES </w:t>
      </w:r>
      <w:r w:rsidR="00D323E0" w:rsidRPr="00380784">
        <w:rPr>
          <w:rFonts w:ascii="Arial" w:hAnsi="Arial" w:cs="Arial"/>
          <w:sz w:val="24"/>
          <w:szCs w:val="24"/>
          <w:lang w:val="es-PA"/>
        </w:rPr>
        <w:t>(</w:t>
      </w:r>
      <w:r w:rsidR="00423EB1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reflexiones sobre los planteamientos de los autores y posibles</w:t>
      </w:r>
      <w:r w:rsidR="00B8405D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 conclusiones contextualizadas a la situación estudiada</w:t>
      </w:r>
      <w:r w:rsidR="00D323E0" w:rsidRPr="00380784">
        <w:rPr>
          <w:rFonts w:ascii="Arial" w:hAnsi="Arial" w:cs="Arial"/>
          <w:sz w:val="24"/>
          <w:szCs w:val="24"/>
          <w:lang w:val="es-PA"/>
        </w:rPr>
        <w:t>)</w:t>
      </w:r>
    </w:p>
    <w:p w14:paraId="21E53B48" w14:textId="6FAC1829" w:rsidR="00A17470" w:rsidRDefault="00D323E0">
      <w:pPr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Escriba aquí l</w:t>
      </w:r>
      <w:r w:rsidR="005934DF">
        <w:rPr>
          <w:rFonts w:ascii="Arial" w:hAnsi="Arial" w:cs="Arial"/>
          <w:sz w:val="24"/>
          <w:szCs w:val="24"/>
          <w:lang w:val="es-PA"/>
        </w:rPr>
        <w:t>a</w:t>
      </w:r>
      <w:r w:rsidRPr="00380784">
        <w:rPr>
          <w:rFonts w:ascii="Arial" w:hAnsi="Arial" w:cs="Arial"/>
          <w:sz w:val="24"/>
          <w:szCs w:val="24"/>
          <w:lang w:val="es-PA"/>
        </w:rPr>
        <w:t xml:space="preserve">s </w:t>
      </w:r>
      <w:r w:rsidR="005934DF" w:rsidRPr="005934DF">
        <w:rPr>
          <w:rFonts w:ascii="Arial" w:hAnsi="Arial" w:cs="Arial"/>
          <w:sz w:val="24"/>
          <w:szCs w:val="24"/>
          <w:lang w:val="es-PA"/>
        </w:rPr>
        <w:t>consideraciones finales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09C3544D" w14:textId="77777777" w:rsidR="00DB2CAA" w:rsidRDefault="00DB2CAA" w:rsidP="00A07A81">
      <w:pPr>
        <w:jc w:val="both"/>
        <w:rPr>
          <w:rFonts w:ascii="Arial" w:hAnsi="Arial" w:cs="Arial"/>
          <w:b/>
          <w:bCs/>
          <w:sz w:val="24"/>
          <w:szCs w:val="24"/>
          <w:lang w:val="es-PA"/>
        </w:rPr>
      </w:pPr>
    </w:p>
    <w:p w14:paraId="19A86FF1" w14:textId="77777777" w:rsidR="00DB2CAA" w:rsidRDefault="00DB2CAA" w:rsidP="00A07A81">
      <w:pPr>
        <w:jc w:val="both"/>
        <w:rPr>
          <w:rFonts w:ascii="Arial" w:hAnsi="Arial" w:cs="Arial"/>
          <w:b/>
          <w:bCs/>
          <w:sz w:val="24"/>
          <w:szCs w:val="24"/>
          <w:lang w:val="es-PA"/>
        </w:rPr>
      </w:pPr>
    </w:p>
    <w:p w14:paraId="2C69443D" w14:textId="2585D0D0" w:rsidR="00A07A81" w:rsidRDefault="00A07A81" w:rsidP="00A07A81">
      <w:pPr>
        <w:jc w:val="both"/>
        <w:rPr>
          <w:rFonts w:ascii="Arial" w:hAnsi="Arial" w:cs="Arial"/>
          <w:b/>
          <w:bCs/>
          <w:sz w:val="24"/>
          <w:szCs w:val="24"/>
          <w:lang w:val="es-PA"/>
        </w:rPr>
      </w:pPr>
      <w:r w:rsidRPr="00A415A2">
        <w:rPr>
          <w:rFonts w:ascii="Arial" w:hAnsi="Arial" w:cs="Arial"/>
          <w:b/>
          <w:bCs/>
          <w:sz w:val="24"/>
          <w:szCs w:val="24"/>
          <w:lang w:val="es-PA"/>
        </w:rPr>
        <w:lastRenderedPageBreak/>
        <w:t>DECLARACIÓN DEL USO DE INTELIGENCIA ARTIFICIAL</w:t>
      </w:r>
      <w:r>
        <w:rPr>
          <w:rFonts w:ascii="Arial" w:hAnsi="Arial" w:cs="Arial"/>
          <w:b/>
          <w:bCs/>
          <w:sz w:val="24"/>
          <w:szCs w:val="24"/>
          <w:lang w:val="es-PA"/>
        </w:rPr>
        <w:t xml:space="preserve"> (IA)</w:t>
      </w:r>
    </w:p>
    <w:p w14:paraId="5D6BAC9A" w14:textId="7E5EA0A8" w:rsidR="00A07A81" w:rsidRDefault="00A07A81" w:rsidP="00A07A81">
      <w:pPr>
        <w:jc w:val="both"/>
        <w:rPr>
          <w:rFonts w:ascii="Arial" w:hAnsi="Arial" w:cs="Arial"/>
          <w:sz w:val="24"/>
          <w:szCs w:val="24"/>
          <w:lang w:val="es-PA"/>
        </w:rPr>
      </w:pPr>
      <w:r>
        <w:rPr>
          <w:rFonts w:ascii="Arial" w:hAnsi="Arial" w:cs="Arial"/>
          <w:sz w:val="24"/>
          <w:szCs w:val="24"/>
          <w:lang w:val="es-PA"/>
        </w:rPr>
        <w:t>En caso de no haber usado herramientas de IA, declare aquí no haberlo hecho.</w:t>
      </w:r>
    </w:p>
    <w:p w14:paraId="06C984FD" w14:textId="77777777" w:rsidR="00A07A81" w:rsidRDefault="00A07A81" w:rsidP="00A07A81">
      <w:pPr>
        <w:jc w:val="both"/>
        <w:rPr>
          <w:rFonts w:ascii="Arial" w:hAnsi="Arial" w:cs="Arial"/>
          <w:sz w:val="24"/>
          <w:szCs w:val="24"/>
          <w:lang w:val="es-PA"/>
        </w:rPr>
      </w:pPr>
      <w:r>
        <w:rPr>
          <w:rFonts w:ascii="Arial" w:hAnsi="Arial" w:cs="Arial"/>
          <w:sz w:val="24"/>
          <w:szCs w:val="24"/>
          <w:lang w:val="es-PA"/>
        </w:rPr>
        <w:t>En caso de haber usado dichas herramientas, detalle aquí cuáles usó, con qué propósito y describa brevemente el proceso.</w:t>
      </w:r>
    </w:p>
    <w:p w14:paraId="7BFF86BE" w14:textId="77777777" w:rsidR="00A07A81" w:rsidRDefault="00A07A81" w:rsidP="00A07A81">
      <w:pPr>
        <w:jc w:val="both"/>
        <w:rPr>
          <w:rFonts w:ascii="Arial" w:hAnsi="Arial" w:cs="Arial"/>
          <w:sz w:val="24"/>
          <w:szCs w:val="24"/>
          <w:lang w:val="es-PA"/>
        </w:rPr>
      </w:pPr>
      <w:r>
        <w:rPr>
          <w:rFonts w:ascii="Arial" w:hAnsi="Arial" w:cs="Arial"/>
          <w:sz w:val="24"/>
          <w:szCs w:val="24"/>
          <w:lang w:val="es-PA"/>
        </w:rPr>
        <w:t xml:space="preserve">Ejemplo: </w:t>
      </w:r>
    </w:p>
    <w:p w14:paraId="14E12701" w14:textId="77777777" w:rsidR="00A07A81" w:rsidRPr="006D7580" w:rsidRDefault="00A07A81" w:rsidP="00A07A81">
      <w:pPr>
        <w:jc w:val="both"/>
        <w:rPr>
          <w:rFonts w:ascii="Arial" w:hAnsi="Arial" w:cs="Arial"/>
          <w:sz w:val="24"/>
          <w:szCs w:val="24"/>
          <w:lang w:val="es-PA"/>
        </w:rPr>
      </w:pPr>
      <w:r w:rsidRPr="006D7580">
        <w:rPr>
          <w:rFonts w:ascii="Arial" w:hAnsi="Arial" w:cs="Arial"/>
          <w:sz w:val="24"/>
          <w:szCs w:val="24"/>
          <w:lang w:val="es-VE"/>
        </w:rPr>
        <w:t xml:space="preserve">El autor declara </w:t>
      </w:r>
      <w:r>
        <w:rPr>
          <w:rFonts w:ascii="Arial" w:hAnsi="Arial" w:cs="Arial"/>
          <w:sz w:val="24"/>
          <w:szCs w:val="24"/>
          <w:lang w:val="es-VE"/>
        </w:rPr>
        <w:t xml:space="preserve">(Los autores declaran) </w:t>
      </w:r>
      <w:r w:rsidRPr="006D7580">
        <w:rPr>
          <w:rFonts w:ascii="Arial" w:hAnsi="Arial" w:cs="Arial"/>
          <w:sz w:val="24"/>
          <w:szCs w:val="24"/>
          <w:lang w:val="es-VE"/>
        </w:rPr>
        <w:t xml:space="preserve">haber utilizado la herramienta </w:t>
      </w:r>
      <w:r w:rsidRPr="006D7580">
        <w:rPr>
          <w:rFonts w:ascii="Arial" w:hAnsi="Arial" w:cs="Arial"/>
          <w:b/>
          <w:bCs/>
          <w:sz w:val="24"/>
          <w:szCs w:val="24"/>
          <w:lang w:val="es-VE"/>
        </w:rPr>
        <w:t xml:space="preserve">[Nombre de la IA] </w:t>
      </w:r>
      <w:r w:rsidRPr="006D7580">
        <w:rPr>
          <w:rFonts w:ascii="Arial" w:hAnsi="Arial" w:cs="Arial"/>
          <w:sz w:val="24"/>
          <w:szCs w:val="24"/>
          <w:lang w:val="es-VE"/>
        </w:rPr>
        <w:t xml:space="preserve">con el propósito de </w:t>
      </w:r>
      <w:r w:rsidRPr="006D7580">
        <w:rPr>
          <w:rFonts w:ascii="Arial" w:hAnsi="Arial" w:cs="Arial"/>
          <w:b/>
          <w:bCs/>
          <w:sz w:val="24"/>
          <w:szCs w:val="24"/>
          <w:lang w:val="es-VE"/>
        </w:rPr>
        <w:t>[especificar: estructurar el esquema inicial / pulir la redacción técnica / optimizar la síntesis de datos]</w:t>
      </w:r>
      <w:r w:rsidRPr="006D7580">
        <w:rPr>
          <w:rFonts w:ascii="Arial" w:hAnsi="Arial" w:cs="Arial"/>
          <w:sz w:val="24"/>
          <w:szCs w:val="24"/>
          <w:lang w:val="es-VE"/>
        </w:rPr>
        <w:t xml:space="preserve">. El proceso consistió específicamente en </w:t>
      </w:r>
      <w:r w:rsidRPr="006D7580">
        <w:rPr>
          <w:rFonts w:ascii="Arial" w:hAnsi="Arial" w:cs="Arial"/>
          <w:b/>
          <w:bCs/>
          <w:sz w:val="24"/>
          <w:szCs w:val="24"/>
          <w:lang w:val="es-VE"/>
        </w:rPr>
        <w:t>[describir brevemente cómo se integró el resultado en el trabajo final]</w:t>
      </w:r>
      <w:r w:rsidRPr="006D7580">
        <w:rPr>
          <w:rFonts w:ascii="Arial" w:hAnsi="Arial" w:cs="Arial"/>
          <w:sz w:val="24"/>
          <w:szCs w:val="24"/>
          <w:lang w:val="es-VE"/>
        </w:rPr>
        <w:t>. Se garantiza que la supervisión humana, el análisis crítico y la redacción final han sido responsabilidad del autor, asegurando que el contenido generado por la tecnología no excede el 20% del total del documento.</w:t>
      </w:r>
    </w:p>
    <w:p w14:paraId="7CA64127" w14:textId="7C9FA9B1" w:rsidR="00A17470" w:rsidRPr="00380784" w:rsidRDefault="00D323E0">
      <w:pPr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b/>
          <w:sz w:val="24"/>
          <w:szCs w:val="24"/>
          <w:lang w:val="es-PA"/>
        </w:rPr>
        <w:t>REFERENCIAS</w:t>
      </w:r>
      <w:r w:rsidR="000254DD" w:rsidRPr="00A07A81">
        <w:rPr>
          <w:lang w:val="es-VE"/>
        </w:rPr>
        <w:t xml:space="preserve"> </w:t>
      </w:r>
      <w:r w:rsidR="000254DD" w:rsidRPr="000254DD">
        <w:rPr>
          <w:rFonts w:ascii="Arial" w:hAnsi="Arial" w:cs="Arial"/>
          <w:b/>
          <w:sz w:val="24"/>
          <w:szCs w:val="24"/>
          <w:lang w:val="es-PA"/>
        </w:rPr>
        <w:t>BIBLIOGRÁFICAS</w:t>
      </w:r>
    </w:p>
    <w:p w14:paraId="111E5F45" w14:textId="77777777" w:rsidR="00A17470" w:rsidRPr="00380784" w:rsidRDefault="00D323E0">
      <w:pPr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(Formato APA 7ª ed., orden alfabético)</w:t>
      </w:r>
    </w:p>
    <w:p w14:paraId="25AEAF21" w14:textId="77777777" w:rsidR="000254DD" w:rsidRDefault="000254DD">
      <w:pPr>
        <w:rPr>
          <w:rFonts w:ascii="Arial" w:hAnsi="Arial" w:cs="Arial"/>
          <w:sz w:val="24"/>
          <w:szCs w:val="24"/>
          <w:lang w:val="es-PA"/>
        </w:rPr>
      </w:pPr>
    </w:p>
    <w:p w14:paraId="2E7C921A" w14:textId="77777777" w:rsidR="000254DD" w:rsidRDefault="000254DD">
      <w:pPr>
        <w:rPr>
          <w:rFonts w:ascii="Arial" w:hAnsi="Arial" w:cs="Arial"/>
          <w:sz w:val="24"/>
          <w:szCs w:val="24"/>
          <w:lang w:val="es-PA"/>
        </w:rPr>
      </w:pPr>
    </w:p>
    <w:p w14:paraId="55399555" w14:textId="39813FE2" w:rsidR="00A17470" w:rsidRPr="00380784" w:rsidRDefault="00D323E0" w:rsidP="000254DD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Apellido, N., &amp; Apellido, N. (Año). Título del artículo. Nombre de la Revista, volumen(número), páginas. https://doi.org/...</w:t>
      </w:r>
    </w:p>
    <w:sectPr w:rsidR="00A17470" w:rsidRPr="00380784" w:rsidSect="00CE151C">
      <w:headerReference w:type="default" r:id="rId8"/>
      <w:footerReference w:type="default" r:id="rId9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3972A" w14:textId="77777777" w:rsidR="00BF7AB2" w:rsidRDefault="00BF7AB2" w:rsidP="004F0120">
      <w:pPr>
        <w:spacing w:after="0" w:line="240" w:lineRule="auto"/>
      </w:pPr>
      <w:r>
        <w:separator/>
      </w:r>
    </w:p>
  </w:endnote>
  <w:endnote w:type="continuationSeparator" w:id="0">
    <w:p w14:paraId="2C6EF345" w14:textId="77777777" w:rsidR="00BF7AB2" w:rsidRDefault="00BF7AB2" w:rsidP="004F0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3FF63" w14:textId="6488BDB7" w:rsidR="00380784" w:rsidRDefault="00380784">
    <w:pPr>
      <w:pStyle w:val="Piedepgina"/>
    </w:pPr>
    <w:r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A8513D" wp14:editId="5CEC25C1">
              <wp:simplePos x="0" y="0"/>
              <wp:positionH relativeFrom="margin">
                <wp:posOffset>-9525</wp:posOffset>
              </wp:positionH>
              <wp:positionV relativeFrom="paragraph">
                <wp:posOffset>59690</wp:posOffset>
              </wp:positionV>
              <wp:extent cx="5992495" cy="12065"/>
              <wp:effectExtent l="38100" t="38100" r="65405" b="83185"/>
              <wp:wrapNone/>
              <wp:docPr id="5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2495" cy="1206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A353C03" id="Conector recto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75pt,4.7pt" to="471.1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" strokecolor="#4f81bd" strokeweight="2pt">
              <v:shadow on="t" color="black" opacity="24903f" origin=",.5" offset="0,.55556mm"/>
              <w10:wrap anchorx="margin"/>
            </v:line>
          </w:pict>
        </mc:Fallback>
      </mc:AlternateContent>
    </w:r>
    <w:r w:rsidRPr="002A6328">
      <w:rPr>
        <w:noProof/>
        <w:lang w:val="es-VE" w:eastAsia="es-VE"/>
      </w:rPr>
      <w:drawing>
        <wp:anchor distT="0" distB="0" distL="114300" distR="114300" simplePos="0" relativeHeight="251663360" behindDoc="0" locked="0" layoutInCell="1" allowOverlap="1" wp14:anchorId="2D2BEDC6" wp14:editId="61783DEA">
          <wp:simplePos x="0" y="0"/>
          <wp:positionH relativeFrom="margin">
            <wp:posOffset>2476500</wp:posOffset>
          </wp:positionH>
          <wp:positionV relativeFrom="paragraph">
            <wp:posOffset>-371475</wp:posOffset>
          </wp:positionV>
          <wp:extent cx="1040130" cy="611505"/>
          <wp:effectExtent l="0" t="0" r="7620" b="0"/>
          <wp:wrapNone/>
          <wp:docPr id="4" name="Imagen 4" descr="C:\Users\Entorno Virtual\Desktop\Descargas\lll Congreso\LOGO Aniversario 2026 LUZ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ntorno Virtual\Desktop\Descargas\lll Congreso\LOGO Aniversario 2026 LUZCO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0B2C5" w14:textId="77777777" w:rsidR="00BF7AB2" w:rsidRDefault="00BF7AB2" w:rsidP="004F0120">
      <w:pPr>
        <w:spacing w:after="0" w:line="240" w:lineRule="auto"/>
      </w:pPr>
      <w:r>
        <w:separator/>
      </w:r>
    </w:p>
  </w:footnote>
  <w:footnote w:type="continuationSeparator" w:id="0">
    <w:p w14:paraId="4E3CB8DE" w14:textId="77777777" w:rsidR="00BF7AB2" w:rsidRDefault="00BF7AB2" w:rsidP="004F0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1F488" w14:textId="560E248F" w:rsidR="004F0120" w:rsidRDefault="00A07A81">
    <w:pPr>
      <w:pStyle w:val="Encabezado"/>
    </w:pPr>
    <w:r w:rsidRPr="002A6328">
      <w:rPr>
        <w:noProof/>
        <w:lang w:val="es-VE" w:eastAsia="es-VE"/>
      </w:rPr>
      <w:drawing>
        <wp:anchor distT="0" distB="0" distL="114300" distR="114300" simplePos="0" relativeHeight="251660288" behindDoc="1" locked="0" layoutInCell="1" allowOverlap="1" wp14:anchorId="4EBB79AA" wp14:editId="3DAFE9FD">
          <wp:simplePos x="0" y="0"/>
          <wp:positionH relativeFrom="column">
            <wp:posOffset>4659630</wp:posOffset>
          </wp:positionH>
          <wp:positionV relativeFrom="paragraph">
            <wp:posOffset>-195580</wp:posOffset>
          </wp:positionV>
          <wp:extent cx="1322070" cy="668655"/>
          <wp:effectExtent l="0" t="0" r="0" b="0"/>
          <wp:wrapNone/>
          <wp:docPr id="1" name="Imagen 1" descr="C:\Users\Entorno Virtual\Desktop\Descargas\lll Congreso\LOGO CONGRE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ntorno Virtual\Desktop\Descargas\lll Congreso\LOGO CONGRES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070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6328">
      <w:rPr>
        <w:noProof/>
        <w:lang w:val="es-VE" w:eastAsia="es-VE"/>
      </w:rPr>
      <w:drawing>
        <wp:anchor distT="0" distB="0" distL="114300" distR="114300" simplePos="0" relativeHeight="251659264" behindDoc="1" locked="0" layoutInCell="1" allowOverlap="1" wp14:anchorId="1465B6E3" wp14:editId="779D702A">
          <wp:simplePos x="0" y="0"/>
          <wp:positionH relativeFrom="margin">
            <wp:posOffset>-28575</wp:posOffset>
          </wp:positionH>
          <wp:positionV relativeFrom="paragraph">
            <wp:posOffset>-247650</wp:posOffset>
          </wp:positionV>
          <wp:extent cx="4493895" cy="666750"/>
          <wp:effectExtent l="0" t="0" r="0" b="0"/>
          <wp:wrapNone/>
          <wp:docPr id="2" name="Imagen 2" descr="C:\Users\Entorno Virtual\Desktop\Descargas\lll Congreso\CINTILLO CONGRESO POSGRADO 2026 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ntorno Virtual\Desktop\Descargas\lll Congreso\CINTILLO CONGRESO POSGRADO 2026 fina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389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1685899">
    <w:abstractNumId w:val="8"/>
  </w:num>
  <w:num w:numId="2" w16cid:durableId="1219824694">
    <w:abstractNumId w:val="6"/>
  </w:num>
  <w:num w:numId="3" w16cid:durableId="376860946">
    <w:abstractNumId w:val="5"/>
  </w:num>
  <w:num w:numId="4" w16cid:durableId="2114468759">
    <w:abstractNumId w:val="4"/>
  </w:num>
  <w:num w:numId="5" w16cid:durableId="562761603">
    <w:abstractNumId w:val="7"/>
  </w:num>
  <w:num w:numId="6" w16cid:durableId="1616599760">
    <w:abstractNumId w:val="3"/>
  </w:num>
  <w:num w:numId="7" w16cid:durableId="1417242737">
    <w:abstractNumId w:val="2"/>
  </w:num>
  <w:num w:numId="8" w16cid:durableId="725757267">
    <w:abstractNumId w:val="1"/>
  </w:num>
  <w:num w:numId="9" w16cid:durableId="1448348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4DD"/>
    <w:rsid w:val="00034616"/>
    <w:rsid w:val="0006063C"/>
    <w:rsid w:val="0015074B"/>
    <w:rsid w:val="001C475A"/>
    <w:rsid w:val="002023CB"/>
    <w:rsid w:val="0029639D"/>
    <w:rsid w:val="002B4A4E"/>
    <w:rsid w:val="00326F90"/>
    <w:rsid w:val="00350235"/>
    <w:rsid w:val="00380784"/>
    <w:rsid w:val="00423EB1"/>
    <w:rsid w:val="00477481"/>
    <w:rsid w:val="004F0120"/>
    <w:rsid w:val="00540BA5"/>
    <w:rsid w:val="005934DF"/>
    <w:rsid w:val="00657409"/>
    <w:rsid w:val="006704D8"/>
    <w:rsid w:val="00690FE2"/>
    <w:rsid w:val="006A5403"/>
    <w:rsid w:val="006E24F6"/>
    <w:rsid w:val="00767CEF"/>
    <w:rsid w:val="007B3165"/>
    <w:rsid w:val="00812B17"/>
    <w:rsid w:val="00940228"/>
    <w:rsid w:val="00A07A81"/>
    <w:rsid w:val="00A17470"/>
    <w:rsid w:val="00A6378B"/>
    <w:rsid w:val="00AA1D8D"/>
    <w:rsid w:val="00B47730"/>
    <w:rsid w:val="00B8405D"/>
    <w:rsid w:val="00B9388E"/>
    <w:rsid w:val="00BE69F2"/>
    <w:rsid w:val="00BF7AB2"/>
    <w:rsid w:val="00C74DBD"/>
    <w:rsid w:val="00CB0664"/>
    <w:rsid w:val="00CE151C"/>
    <w:rsid w:val="00D15AAB"/>
    <w:rsid w:val="00D323E0"/>
    <w:rsid w:val="00DB0EEF"/>
    <w:rsid w:val="00DB2CAA"/>
    <w:rsid w:val="00DC7EFA"/>
    <w:rsid w:val="00E5136B"/>
    <w:rsid w:val="00F5762F"/>
    <w:rsid w:val="00F807B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7B488F"/>
  <w14:defaultImageDpi w14:val="300"/>
  <w15:docId w15:val="{E0FDF32D-87FE-4261-8FC8-9433A994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330</Words>
  <Characters>1818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Dra. Mariana Fernández Reina</cp:lastModifiedBy>
  <cp:revision>13</cp:revision>
  <dcterms:created xsi:type="dcterms:W3CDTF">2025-12-17T20:24:00Z</dcterms:created>
  <dcterms:modified xsi:type="dcterms:W3CDTF">2026-04-24T13:50:00Z</dcterms:modified>
  <cp:category/>
</cp:coreProperties>
</file>